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بیمه کارگران ساختمانی – قوانین، حق بیمه و آرای دیوان عدالت اداری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بیمه کارگران ساختمانی یکی از مهم‌ترین موضوعات در حوزه تأمین اجتماعی و حقوق کارگران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ایران، به ‌موجب قانون بیمه‌های اجتماعی کارگران ساختمانی (مصوب ۱۳۸۶ و اصلاحات بعدی آن)، همه کارگران ساختمانی باید تحت پوشش بیمه تأمین اجتماعی قرار گیرند.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مبنای قانونی بیمه کارگران ساختمانی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ماده ۵ قانون بیمه‌های اجتماعی کارگران ساختمانی: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سازمان تأمين اجتماعي مكلف است با دريافت هفت درصد (7 %) حق بيمه سهم بيمه شده از مأخذ كسر حق بيمه از كارگران داراي پروانه مهارت فني شاغل مستقيم به عنوان سهم كارگر و معادل بيست و پنج درصد (25 %) مجموع عوارض صدور پروانه ايجاد يا توسعه، احداث و يا افزايش تراكم ساختمان، تخريب و نوسازي بنا و تعميرات اساسي (علاوه بر عوارض پرداختي) به عنوان سهم مالك، اين كارگران را بيمه نمايد.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صورت عدم تأمين منابع لازم جهت گسترش پوشش بيمه اي كارگران با تصويب هيأت وزيران، افزايش مجموع عوارض تا معادل سي درصد (30 %) و به صورت سالانه حداكثر در سقف معادل دو و نيم درصد (2/5 %) بلامانع است.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تبصره‌های اصلاحی ماده 5 قانون بیمه های اجتماعی کارگران ساختمانی: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سال‌های اخیر تغییراتی در نحوه محاسبه حق بیمه ایجاد شده است؛ و آخرین تغییرات مربوط به سال 22/6/1402 است که مبنای محاسه حق بیمه کارفرما معادل بيست و پنج درصد (25 %) مجموع عوارض صدور پروانه ايجاد يا توسعه، احداث و يا افزايش تراكم ساختمان، تخريب و نوسازي بنا و تعميرات اساسي (علاوه بر عوارض پرداختي) به عنوان سهم مالك است.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نحوه پرداخت حق بیمه کارگران ساختمانی توسط مالک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مالک ساختمان موظف است حق بیمه را به شهرداری بپردازد.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شهرداری‌ها مکلف‌اند این مبلغ را وصول کرده و به حساب سازمان تأمین اجتماعی واریز کنند.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بیمه کارگران ساختمانی در رویه قضایی دیوان عدالت اداری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موضوع بیمه کارگران ساختمانی در رویه دیوان عدالت اداری از مهم‌ترین مسائل حقوقی و اجتماعی چند سال اخیر بوده است. چون بسیاری از اختلاف‌ها میان مالکان، شهرداری‌ها و سازمان تأمین اجتماعی نهایتاً به دیوان عدالت اداری کشیده شده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رویه دیوان عدالت اداری در سال‌های اخیر به سمت حمایت بیشتر از کارگران ساختمانی حرکت کرده است. دیوان بارها تأکید کرده که: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محاسبه حق بیمه باید فقط مطابق قانون و بر مبنای زیربنا باشد. (در حال حاضر با اصلاحات سال 1402 بر اساس 25 درصد عوارض صدور پروانه ساختمان است)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هیچ مانع قانونی برای بیمه‌کردن کارگران ساختمانی واقعی وجود ندارد.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بخشنامه‌های محدودکننده سازمان تأمین اجتماعی که مانع بیمه کارگران باشد، باطل و غیرقانونی است.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نمونه هایی از آرای دیوان عدالت اداری در زمینه بیمه کارگران ساختمانی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۱. رأی وحدت رویه شماره ۱۸۳-۱۸۴ هیأت عمومی دیوان عدالت اداری مورخ ۱۳۹۴/۳/۴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موضوع: محاسبه حق بیمه کارگران ساختمانی.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خلاصه رأی: سازمان تأمین اجتماعی فقط موظف است حق بیمه کارگران ساختمانی را مطابق قانون (ماده ۵ قانون بیمه کارگران ساختمانی و اصلاحات بعدی) بر مبنای زیربنای ساختمان وصول کند.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اثر: مطالبه حق بیمه اضافی بر اساس تعداد کارگران یا قرارداد پیمانکاران غیرقانونی است.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۲. رأی شماره ۳۶۶ هیأت عمومی دیوان عدالت اداری مورخ ۱۳۹۶/۴/۲۰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موضوع: ابطال بخشنامه سازمان تأمین اجتماعی درباره محدودیت بیمه‌کردن کارگران ساختمانی.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خلاصه رأی: بخشنامه‌ای که بیمه کردن کارگران ساختمانی را منوط به داشتن شرایط اضافی (مثل ظرفیت مالی سازمان) کرده بود، مغایر قانون تشخیص داده شد.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اثر: سازمان تأمین اجتماعی مکلف است تمامی کارگران ساختمانی واقعی را بدون تبعیض بیمه کند.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۳. رأی شماره ۷۵۴ هیأت عمومی دیوان عدالت اداری مورخ ۱۳۹۸/۷/۳۰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موضوع: الزام به بیمه‌کردن کارگران ساختمانی معرفی‌شده از سوی انجمن‌های صنفی.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خلاصه رأی: سازمان تأمین اجتماعی نمی‌تواند به دلیل مشکلات مالی یا ظرفیت، از بیمه‌کردن کارگران معرفی‌شده خودداری کند.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اثر: حق بیمه کارگر باید وصول و کارگر تحت پوشش قرار گیرد.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۴. آرای شعب دیوان عدالت اداری پرونده‌های متعدد در سال‌های اخیر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موضوع مشترک: شکایت مالکان از مطالبه حق بیمه مازاد توسط سازمان تأمین اجتماعی.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روند رویه: شعب دیوان با استناد به رأی وحدت رویه، معمولاً به نفع مالکان رأی داده و مازاد مطالبه را ابطال کرده‌اند.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در نهایت باید گفت رویه دیوان عدالت اداری کاملاً در جهت حمایت از بیمه‌پذیری کارگران ساختمانی و جلوگیری از دریافت مبالغ غیرقانونی از مالکان است.به‌ویژه: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ابطال بخشنامه‌های محدودکننده سازمان تأمین اجتماعی.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الزام به بیمه‌کردن تمام کارگران ساختمانی معرفی‌شده.</w:t>
      </w:r>
    </w:p>
    <w:p>
      <w:pPr>
        <w:spacing w:after="6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• تثبیت مبنای محاسبه حق بیمه بر اساس زیربنای ساختمان (که در حال حاضر بر اساس 25 درصد عوارض صدور پروانه ساختمانی است)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