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تغییرات بازنشستگی بر اساس قوانین و مقررات جدید</w:t>
      </w:r>
    </w:p>
    <w:p>
      <w:pPr>
        <w:spacing w:after="120"/>
        <w:jc w:val="right"/>
        <w:bidi w:val="1"/>
      </w:pPr>
      <w:r>
        <w:rPr>
          <w:rFonts w:ascii="Vazirmatn" w:hAnsi="Vazirmatn"/>
          <w:b w:val="0"/>
          <w:sz w:val="24"/>
          <w:rtl w:val="1"/>
          <w:rFonts w:cs="Vazirmatn" w:ascii="Vazirmatn" w:hAnsi="Vazirmatn"/>
        </w:rPr>
        <w:t>قبل از اصلاحات مربوط به قانون برنامه هفتم پیشرفت، آقايان با ۶۰ سال سن و خانم ها با ۵۵ سال سن و حداقل ۱۰ سال سابقه بر اساس قانون “تعیین تکلیف کسانی که ده سال سابقه دارند” می توانستند درخواست بازنشستگی ارائه دهند و اگر کمتر از ۱۰ سال سابقه داشتند می توانستند کسری تا ۱۰ سال را خریداری کرده و با یک سوم حقوق بازنشسته شوند.</w:t>
      </w:r>
    </w:p>
    <w:p>
      <w:pPr>
        <w:spacing w:after="120"/>
        <w:jc w:val="right"/>
        <w:bidi w:val="1"/>
      </w:pPr>
      <w:r>
        <w:rPr>
          <w:rFonts w:ascii="Vazirmatn" w:hAnsi="Vazirmatn"/>
          <w:b w:val="0"/>
          <w:sz w:val="24"/>
          <w:rtl w:val="1"/>
          <w:rFonts w:cs="Vazirmatn" w:ascii="Vazirmatn" w:hAnsi="Vazirmatn"/>
        </w:rPr>
        <w:t>در تغییرات اخیر سن بازنشستگی برای آقايان به ۶۲ سال افزایش یافته و خانم ها هم سن‌شان همان ۵۵ سال بدون تغییر باقی مانده است.</w:t>
      </w:r>
    </w:p>
    <w:p>
      <w:pPr>
        <w:spacing w:after="120"/>
        <w:jc w:val="right"/>
        <w:bidi w:val="1"/>
      </w:pPr>
      <w:r>
        <w:rPr>
          <w:rFonts w:ascii="Vazirmatn" w:hAnsi="Vazirmatn"/>
          <w:b w:val="0"/>
          <w:sz w:val="24"/>
          <w:rtl w:val="1"/>
          <w:rFonts w:cs="Vazirmatn" w:ascii="Vazirmatn" w:hAnsi="Vazirmatn"/>
        </w:rPr>
        <w:t>ولی سنوات پرداخت حق بیمه برای بازنشستگی تغییر یافته و حداقل ۱۰ سال سابقه برای بازنشستگی به ۱۵ سال ارتقا یافته است.</w:t>
      </w:r>
    </w:p>
    <w:p>
      <w:pPr>
        <w:spacing w:after="120"/>
        <w:jc w:val="right"/>
        <w:bidi w:val="1"/>
      </w:pPr>
      <w:r>
        <w:rPr>
          <w:rFonts w:ascii="Vazirmatn" w:hAnsi="Vazirmatn"/>
          <w:b w:val="0"/>
          <w:sz w:val="24"/>
          <w:rtl w:val="1"/>
          <w:rFonts w:cs="Vazirmatn" w:ascii="Vazirmatn" w:hAnsi="Vazirmatn"/>
        </w:rPr>
        <w:t>به این ترتیب آقايان با ۶۲ سال سن و خانم ها با ۵۵ سال سن در صورت داشتن ۱۵ سال سابقه پرداخت حق بیمه می توانند بازنشسته شوند. یعنی اگر در قبل حداقل سابقه برای بازنشستگی ۱۰ سال بوده است الان به ۱۵ سال افزایش یافته است.</w:t>
      </w:r>
    </w:p>
    <w:p>
      <w:pPr>
        <w:spacing w:after="120"/>
        <w:jc w:val="right"/>
        <w:bidi w:val="1"/>
      </w:pPr>
      <w:r>
        <w:rPr>
          <w:rFonts w:ascii="Vazirmatn" w:hAnsi="Vazirmatn"/>
          <w:b w:val="0"/>
          <w:sz w:val="24"/>
          <w:rtl w:val="1"/>
          <w:rFonts w:cs="Vazirmatn" w:ascii="Vazirmatn" w:hAnsi="Vazirmatn"/>
        </w:rPr>
        <w:t>اما نکته بعدی خرید سابقه افراد فوق می باشد که قبلا در صورت کسر سابقه تا ۱۰ سال سابقه می توانستند خریداری نمایند، استنباط از مقررات جدید حاکی از آن است که خرید سابقه برای کسانی که دارای سن مذکور می باشند ولی کمتر از ۱۵ سال سابقه دارند پابرجاست. یعنی می توانند کسری تا ۱۵ سال را از سازمان تامین اجتماعی خریداری نمایند.</w:t>
      </w:r>
    </w:p>
    <w:p>
      <w:pPr>
        <w:spacing w:after="120"/>
        <w:jc w:val="right"/>
        <w:bidi w:val="1"/>
      </w:pPr>
      <w:r>
        <w:rPr>
          <w:rFonts w:ascii="Vazirmatn" w:hAnsi="Vazirmatn"/>
          <w:b w:val="0"/>
          <w:sz w:val="24"/>
          <w:rtl w:val="1"/>
          <w:rFonts w:cs="Vazirmatn" w:ascii="Vazirmatn" w:hAnsi="Vazirmatn"/>
        </w:rPr>
        <w:t>بنابراین کارشناسان سازمان باید در نظر داشته باشند که در قانون تعیین تکلیف فقط سابقه افزایش یافته و تغییر کرده است ولی خرید سابقه کسری هنوز پا برجاست و قانون برنامه آن را حذف نکرده است.</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